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D4321" w14:textId="77777777" w:rsidR="00F6484F" w:rsidRDefault="00F6484F">
      <w:pPr>
        <w:spacing w:after="100"/>
        <w:jc w:val="center"/>
        <w:rPr>
          <w:b/>
          <w:sz w:val="24"/>
        </w:rPr>
      </w:pPr>
    </w:p>
    <w:p w14:paraId="1EDC29E2" w14:textId="77777777" w:rsidR="004B3BBF" w:rsidRDefault="004B3BBF">
      <w:pPr>
        <w:spacing w:after="100"/>
        <w:jc w:val="center"/>
        <w:rPr>
          <w:b/>
          <w:sz w:val="24"/>
        </w:rPr>
      </w:pPr>
    </w:p>
    <w:p w14:paraId="68B2DD58" w14:textId="7E690B1C" w:rsidR="008037F8" w:rsidRDefault="00000000">
      <w:pPr>
        <w:spacing w:after="100"/>
        <w:jc w:val="center"/>
      </w:pPr>
      <w:r>
        <w:rPr>
          <w:b/>
          <w:sz w:val="24"/>
        </w:rPr>
        <w:t>TITLE OF ABSTRACT</w:t>
      </w:r>
    </w:p>
    <w:p w14:paraId="30E26445" w14:textId="77777777" w:rsidR="008037F8" w:rsidRDefault="00000000">
      <w:pPr>
        <w:jc w:val="center"/>
      </w:pPr>
      <w:r>
        <w:rPr>
          <w:b/>
          <w:sz w:val="21"/>
        </w:rPr>
        <w:t>First Author¹, Second Author², Third Author¹,*</w:t>
      </w:r>
    </w:p>
    <w:p w14:paraId="782D79BD" w14:textId="77777777" w:rsidR="008037F8" w:rsidRDefault="00000000">
      <w:pPr>
        <w:jc w:val="center"/>
      </w:pPr>
      <w:r>
        <w:rPr>
          <w:i/>
          <w:sz w:val="19"/>
        </w:rPr>
        <w:t>¹Department/Research Institute, Faculty/Organisation, University/Institution, City, Country</w:t>
      </w:r>
      <w:r>
        <w:rPr>
          <w:i/>
          <w:sz w:val="19"/>
        </w:rPr>
        <w:br/>
        <w:t>²Department/Research Institute, Faculty/Organisation, University/Institution, City, Country</w:t>
      </w:r>
    </w:p>
    <w:p w14:paraId="03A43D3A" w14:textId="2A65BC0F" w:rsidR="008037F8" w:rsidRDefault="00000000">
      <w:pPr>
        <w:jc w:val="center"/>
      </w:pPr>
      <w:r>
        <w:rPr>
          <w:sz w:val="19"/>
        </w:rPr>
        <w:t xml:space="preserve">*Corresponding author: </w:t>
      </w:r>
      <w:hyperlink r:id="rId8" w:history="1">
        <w:r w:rsidR="004B3BBF" w:rsidRPr="0046054B">
          <w:rPr>
            <w:rStyle w:val="Hyperlink"/>
            <w:sz w:val="19"/>
          </w:rPr>
          <w:t>email@institution.edu</w:t>
        </w:r>
      </w:hyperlink>
      <w:r w:rsidR="004B3BBF">
        <w:rPr>
          <w:sz w:val="19"/>
        </w:rPr>
        <w:t xml:space="preserve"> </w:t>
      </w:r>
    </w:p>
    <w:p w14:paraId="565E7BD8" w14:textId="77777777" w:rsidR="004B3BBF" w:rsidRDefault="004B3BBF">
      <w:pPr>
        <w:rPr>
          <w:b/>
          <w:sz w:val="22"/>
        </w:rPr>
      </w:pPr>
    </w:p>
    <w:p w14:paraId="444CB40E" w14:textId="77777777" w:rsidR="004B3BBF" w:rsidRDefault="004B3BBF">
      <w:pPr>
        <w:rPr>
          <w:b/>
          <w:sz w:val="22"/>
        </w:rPr>
      </w:pPr>
    </w:p>
    <w:p w14:paraId="4ECD8D65" w14:textId="7F3F8E8D" w:rsidR="008037F8" w:rsidRDefault="00000000">
      <w:r>
        <w:rPr>
          <w:b/>
          <w:sz w:val="22"/>
        </w:rPr>
        <w:t>ABSTRACT</w:t>
      </w:r>
    </w:p>
    <w:p w14:paraId="3EB645CA" w14:textId="77777777" w:rsidR="008037F8" w:rsidRDefault="00000000">
      <w:pPr>
        <w:jc w:val="both"/>
      </w:pPr>
      <w:r>
        <w:t>[Provide a concise, self-contained summary of the study. The abstract should clearly state the background or rationale, objective(s), methodology, key results, and main conclusion/significance. Avoid citations, figures, tables, and undefined abbreviations. Recommended length: 200–300 words.]</w:t>
      </w:r>
    </w:p>
    <w:p w14:paraId="5086219D" w14:textId="77777777" w:rsidR="004B3BBF" w:rsidRDefault="004B3BBF">
      <w:pPr>
        <w:spacing w:before="60"/>
        <w:rPr>
          <w:b/>
        </w:rPr>
      </w:pPr>
    </w:p>
    <w:p w14:paraId="71A03803" w14:textId="6A1F5ED6" w:rsidR="008037F8" w:rsidRDefault="00000000">
      <w:pPr>
        <w:spacing w:before="60"/>
      </w:pPr>
      <w:r>
        <w:rPr>
          <w:b/>
        </w:rPr>
        <w:t xml:space="preserve">Keywords: </w:t>
      </w:r>
      <w:r>
        <w:t>[3–5 keywords, separated by semicolons; avoid repeating words already used extensively in the title]</w:t>
      </w:r>
    </w:p>
    <w:p w14:paraId="09492284" w14:textId="77777777" w:rsidR="004B3BBF" w:rsidRDefault="004B3BBF">
      <w:pPr>
        <w:rPr>
          <w:b/>
          <w:sz w:val="22"/>
        </w:rPr>
      </w:pPr>
    </w:p>
    <w:p w14:paraId="702774D0" w14:textId="77777777" w:rsidR="004B3BBF" w:rsidRDefault="004B3BBF">
      <w:pPr>
        <w:rPr>
          <w:b/>
          <w:sz w:val="22"/>
        </w:rPr>
      </w:pPr>
    </w:p>
    <w:p w14:paraId="40B22C81" w14:textId="77777777" w:rsidR="004B3BBF" w:rsidRDefault="004B3BBF">
      <w:pPr>
        <w:rPr>
          <w:b/>
          <w:sz w:val="22"/>
        </w:rPr>
      </w:pPr>
    </w:p>
    <w:p w14:paraId="66E7AEBE" w14:textId="77777777" w:rsidR="004B3BBF" w:rsidRDefault="004B3BBF">
      <w:pPr>
        <w:rPr>
          <w:b/>
          <w:sz w:val="22"/>
        </w:rPr>
      </w:pPr>
    </w:p>
    <w:p w14:paraId="46F09E7B" w14:textId="77777777" w:rsidR="004B3BBF" w:rsidRDefault="004B3BBF">
      <w:pPr>
        <w:rPr>
          <w:b/>
          <w:sz w:val="22"/>
        </w:rPr>
      </w:pPr>
    </w:p>
    <w:p w14:paraId="52C047DC" w14:textId="77777777" w:rsidR="004B3BBF" w:rsidRDefault="004B3BBF">
      <w:pPr>
        <w:rPr>
          <w:b/>
          <w:sz w:val="22"/>
        </w:rPr>
      </w:pPr>
    </w:p>
    <w:p w14:paraId="32742D1E" w14:textId="77777777" w:rsidR="004B3BBF" w:rsidRDefault="004B3BBF">
      <w:pPr>
        <w:rPr>
          <w:b/>
          <w:sz w:val="22"/>
        </w:rPr>
      </w:pPr>
    </w:p>
    <w:p w14:paraId="7935AE7C" w14:textId="77777777" w:rsidR="004B3BBF" w:rsidRDefault="004B3BBF">
      <w:pPr>
        <w:rPr>
          <w:b/>
          <w:sz w:val="22"/>
        </w:rPr>
      </w:pPr>
    </w:p>
    <w:p w14:paraId="422140D4" w14:textId="77777777" w:rsidR="004B3BBF" w:rsidRDefault="004B3BBF">
      <w:pPr>
        <w:rPr>
          <w:b/>
          <w:sz w:val="22"/>
        </w:rPr>
      </w:pPr>
    </w:p>
    <w:p w14:paraId="510476CF" w14:textId="77777777" w:rsidR="004B3BBF" w:rsidRDefault="004B3BBF">
      <w:pPr>
        <w:rPr>
          <w:b/>
          <w:sz w:val="22"/>
        </w:rPr>
      </w:pPr>
    </w:p>
    <w:p w14:paraId="7040C896" w14:textId="77777777" w:rsidR="004B3BBF" w:rsidRDefault="004B3BBF">
      <w:pPr>
        <w:rPr>
          <w:b/>
          <w:sz w:val="22"/>
        </w:rPr>
      </w:pPr>
    </w:p>
    <w:p w14:paraId="657BA8B9" w14:textId="77777777" w:rsidR="004B3BBF" w:rsidRDefault="004B3BBF">
      <w:pPr>
        <w:rPr>
          <w:b/>
          <w:sz w:val="22"/>
        </w:rPr>
      </w:pPr>
    </w:p>
    <w:p w14:paraId="5D83FA6B" w14:textId="5B8A3AA4" w:rsidR="008037F8" w:rsidRDefault="008037F8" w:rsidP="004B3BBF">
      <w:pPr>
        <w:pStyle w:val="ListBullet"/>
        <w:numPr>
          <w:ilvl w:val="0"/>
          <w:numId w:val="0"/>
        </w:numPr>
        <w:spacing w:after="30"/>
        <w:ind w:left="360" w:hanging="360"/>
      </w:pPr>
    </w:p>
    <w:sectPr w:rsidR="008037F8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06B14D" w14:textId="77777777" w:rsidR="005B328F" w:rsidRDefault="005B328F">
      <w:pPr>
        <w:spacing w:after="0" w:line="240" w:lineRule="auto"/>
      </w:pPr>
      <w:r>
        <w:separator/>
      </w:r>
    </w:p>
  </w:endnote>
  <w:endnote w:type="continuationSeparator" w:id="0">
    <w:p w14:paraId="7B7A1ACF" w14:textId="77777777" w:rsidR="005B328F" w:rsidRDefault="005B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5D371" w14:textId="0203F87F" w:rsidR="008037F8" w:rsidRDefault="00000000">
    <w:pPr>
      <w:pStyle w:val="Footer"/>
      <w:jc w:val="center"/>
    </w:pPr>
    <w:r>
      <w:rPr>
        <w:sz w:val="16"/>
      </w:rPr>
      <w:t>ICBWI 2027 | Abstract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E1E29" w14:textId="77777777" w:rsidR="005B328F" w:rsidRDefault="005B328F">
      <w:pPr>
        <w:spacing w:after="0" w:line="240" w:lineRule="auto"/>
      </w:pPr>
      <w:r>
        <w:separator/>
      </w:r>
    </w:p>
  </w:footnote>
  <w:footnote w:type="continuationSeparator" w:id="0">
    <w:p w14:paraId="62CB549C" w14:textId="77777777" w:rsidR="005B328F" w:rsidRDefault="005B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55A98" w14:textId="77777777" w:rsidR="009353AF" w:rsidRDefault="009353AF" w:rsidP="009353AF">
    <w:pPr>
      <w:jc w:val="center"/>
    </w:pPr>
    <w:r>
      <w:rPr>
        <w:b/>
        <w:sz w:val="30"/>
      </w:rPr>
      <w:t>8th INTERNATIONAL CONFERENCE ON BIOTECHNOLOGY</w:t>
    </w:r>
    <w:r>
      <w:rPr>
        <w:b/>
        <w:sz w:val="30"/>
      </w:rPr>
      <w:br/>
      <w:t>FOR THE WELLNESS INDUSTRY (ICBWI 2027)</w:t>
    </w:r>
  </w:p>
  <w:p w14:paraId="20712B46" w14:textId="6AD65104" w:rsidR="009353AF" w:rsidRDefault="009353AF" w:rsidP="009353AF">
    <w:pPr>
      <w:jc w:val="center"/>
    </w:pPr>
    <w:r>
      <w:rPr>
        <w:b/>
        <w:sz w:val="21"/>
      </w:rPr>
      <w:t xml:space="preserve">19–20 April </w:t>
    </w:r>
    <w:r>
      <w:rPr>
        <w:b/>
        <w:sz w:val="21"/>
      </w:rPr>
      <w:t>2027 | Concorde</w:t>
    </w:r>
    <w:r>
      <w:rPr>
        <w:b/>
        <w:sz w:val="21"/>
      </w:rPr>
      <w:t xml:space="preserve"> Hotel Kuala Lumpur, Malaysia</w:t>
    </w:r>
  </w:p>
  <w:p w14:paraId="0DAC610F" w14:textId="47056E02" w:rsidR="009353AF" w:rsidRDefault="009353AF" w:rsidP="009353AF">
    <w:pPr>
      <w:jc w:val="center"/>
    </w:pPr>
    <w:r>
      <w:rPr>
        <w:i/>
      </w:rPr>
      <w:t>Theme: “Transforming Wellness Through Emerging Biotechnologies and Advanced Materials”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2825095">
    <w:abstractNumId w:val="8"/>
  </w:num>
  <w:num w:numId="2" w16cid:durableId="1448891718">
    <w:abstractNumId w:val="6"/>
  </w:num>
  <w:num w:numId="3" w16cid:durableId="131750312">
    <w:abstractNumId w:val="5"/>
  </w:num>
  <w:num w:numId="4" w16cid:durableId="1883127490">
    <w:abstractNumId w:val="4"/>
  </w:num>
  <w:num w:numId="5" w16cid:durableId="428814216">
    <w:abstractNumId w:val="7"/>
  </w:num>
  <w:num w:numId="6" w16cid:durableId="1544368569">
    <w:abstractNumId w:val="3"/>
  </w:num>
  <w:num w:numId="7" w16cid:durableId="289940608">
    <w:abstractNumId w:val="2"/>
  </w:num>
  <w:num w:numId="8" w16cid:durableId="1593080873">
    <w:abstractNumId w:val="1"/>
  </w:num>
  <w:num w:numId="9" w16cid:durableId="11423134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3BBF"/>
    <w:rsid w:val="005B328F"/>
    <w:rsid w:val="008037F8"/>
    <w:rsid w:val="009353AF"/>
    <w:rsid w:val="00AA1D8D"/>
    <w:rsid w:val="00B47730"/>
    <w:rsid w:val="00CB0664"/>
    <w:rsid w:val="00F6484F"/>
    <w:rsid w:val="00FB12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A31CF8"/>
  <w14:defaultImageDpi w14:val="300"/>
  <w15:docId w15:val="{41312234-007E-4E45-B010-EDA50AEE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B3B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institution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NUR IZYAN BINTI WAN AZELEE</cp:lastModifiedBy>
  <cp:revision>3</cp:revision>
  <dcterms:created xsi:type="dcterms:W3CDTF">2013-12-23T23:15:00Z</dcterms:created>
  <dcterms:modified xsi:type="dcterms:W3CDTF">2026-09-15T09:05:00Z</dcterms:modified>
  <cp:category/>
</cp:coreProperties>
</file>